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📘 חט״ב · רגיל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📘 חט״ב ·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פסגה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⛱️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השתחוות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🍲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סעודה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טיילת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חל 【חמישים】 יום אחרי יום הכיפורים.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בחג מחדשים את ה【ברית】 בין העם לבין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לפי המסורת, החג קשור לחידוש הברית בימי 【עזרא】 ונחמיה.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ההר מסמל את הר 【סיני】.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היו שנשאו אבן על ראשם כסימן של 【ענווה】.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האורית כתובה ב【געז】, שפה עתיקה.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הקסים תרגמו את הקריאה ל【אמהרית】 כדי שכולם יבינו.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כיום מתכנסים על 【טיילת】 גבוהה בירושלים.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 – כי ההר מסמל את הר סיני ואת קבלת התורה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 – שהיה חשוב להם שכל אחד ואחת יבינו את הדברים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 – ענווה וחרטה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ד – סיגד חל חמישים יום אחריו וממשיך את ימי התשובה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שמסורת יכולה להשתנות ולהמשיך לחיות במקום חדש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כבוד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 – בשניהם העם מתאסף, שומע את התורה ומחדש 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ד – כי הערכים שלו – קהילה, זיכרון, כבוד ותקווה – שייכים לכולם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חל חמישים יום אחרי יום הכיפורים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הקסים קראו מן האורית ותרגמו לאמהרית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לפי המסורת ההר מסמל את הר סיני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בחג מחדשים את הברית בין העם לתורה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גם חלום רחוק יכול להתגשם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המסורת קיבלה צורה חדשה בירושלים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חלקי הדיבר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מילת יחס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שם תואר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שם עצם ושם תואר –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 – צבעוניות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 – עתיקה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 – הלבנים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ג – רוחניים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 – החדשה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 – עמוק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סמיכות ושייכות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ספרי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ראש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בגדיהם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מנהיגי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תפילתה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נוף העיר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מחוון פסקת טיעון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נק׳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 ורלוונטית לשאלה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נימוק משכנע ומוסבר (לפחות אחד, רצוי שניים)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 מוחשית שמתאימה לנימוק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 שחוזר לטענה ומוסיף מסקנה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ומילות קישור מתאימות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לשון: כתיב, התאמה דקדוקית ופיסוק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השם "סיגד"? – השתחוות, סגידה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באיזה תאריך עברי חל החג? – כ״ט בחשון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סימלה האבן שעל הראש? – ענווה וחרטה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מי הם הקסים? – מנהיגים רוחניים של הקהילה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מהי האורית? – ספרי התורה הכתובים בגעז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לאיזה סיפור מקושר החג לפי המסורת? – חידוש הברית בימי עזרא ונחמיה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איזה חלק דיבר היא המילה "צמו"? – פועל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איזה צירוף הוא סמיכות? – ראש ההר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איזה צירוף מתאים בין שם עצם לשם תואר? – מנהיגים רוחניים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איפה חוגגים רבים את סיגד כיום? – על טיילת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הקשר בין "כיסופים" ל"געגועים"? – כיסופים הם געגועים עזים במיוחד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איזה ערך מתאר "שמירה על מסורת גם במקום חדש"? – זיכרון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פתיחה: מילה על הלוח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על הלוח "כיסופים" ושואלים: למה אפשר להתגעגע? אוספים תשובות בלי לחייב שיתוף אישי.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בקבוצות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מחלקים לשלוש קבוצות, כל אחת קוראת טקסט אחד ומציגה לכיתה בשלושה משפטים מה למדה.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הבנה והסקה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פותרים יחד את שאלות הבחירה; בשאלות ה'למה' מבקשים מכל זוג לצטט את המשפט שמוכיח.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מורפולוגיה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עוברים על שלושת סעיפי הדקדוק: חלקי דיבר, התאמת שם תואר, סמיכות ושייכות. כל תלמיד ותלמידה מוצאים דוגמה נוספת בטקסט.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פסקת טיעון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מציגים את שאלת הטיעון ואת ארבעת השלבים; התלמידים כותבים טיוטה ומחליפים עם בן או בת זוג למשוב לפי המחוון.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מהיר וכרטיס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קצר של החידון בקבוצות, ובסיום כרטיס יציאה.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הדגישו שהמסורות מוצגות כפי שבני הקהילה מספרים אותן, והזמינו תלמידים מן הקהילה לתרום רק מרצונם.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בדקדוק – בקשו מהתלמידים לאסוף בעצמם דוגמאות מן הטקסטים; כך הלשון נלמדת מתוך התוכן.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את פסקת הטיעון אפשר לכתוב בזוגות ולהציג בסבב קצר; המחוון זמין לבדיקה עצמית.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לתלמידים מתקשים תנו את מחסן המילים ואת פתיחי המשפטים כבר בתחילת הכתיבה.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קשרו את החג לערכי הכיתה: מה הברית שלנו? אפשר לכתוב יחד "אמנת כיתה" קצרה.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📘 חט״ב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