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🌾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דף עבודה · 🌍 יסודי · עולים חדשים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א׳ – קוראים 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ב׳ – מתרגלים ✏️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חלק ג׳ – מדברים וכותבים 🗣️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א׳ – קוראים 📖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קִרְאוּ אֶת הַטֶּקְסְטִים. סַמְּנוּ מִילִים חֲדָשׁוֹת.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🌾 מָה זֶה סִגְד?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סִגְד הוּא חַג שֶׁל יְהוּדֵי אֶתְיוֹפְּיָה. הַקְּהִלָּה נִקְרֵאת בֵּיתָא יִשְׂרָאֵל. הֶחָג חָל בְּחֹדֶשׁ חֶשְׁוָן.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סִגְד חָל חֲמִשִּׁים יוֹם אַחֲרֵי יוֹם הַכִּפּוּרִים. הַמִּלָּה סִגְד פֵּרוּשָׁהּ הִשְׁתַּחֲוָיָה. בַּחַג צָמִים, מִתְפַּלְּלִים וְשׂוֹמְחִים. זֶה חַג שֶׁל תִּקְוָה וְשֶׁל יַחַד.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⛰️ עַל הָהָר בְּאֶתְיוֹפְּיָה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לְפִי הַמָּסֹרֶת, אֲנָשִׁים עוֹלִים עַל הַר גָּבוֹהַּ. הֵם לוֹבְשִׁים בְּגָדִים לְבָנִים וּנְקִיִּים. הֵם צָמִים עַד אַחֲרֵי הַצָּהֳרַיִם.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הַקֵּסִים מוֹבִילִים אֶת הַתְּפִלָּה. הַקֵּסִים קוֹרְאִים בָּאוֹרִית, בִּשְׂפַת גְּעֵז. הֵם מַסְבִּירִים אֶת הַמִּלִּים בְּאַמְהָרִית.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כֻּלָּם מִתְפַּלְּלִים וּמִתְגַּעְגְּעִים לִירוּשָׁלַיִם. בְּסוֹף הַיּוֹם יֵשׁ אֲרוּחָה חֲגִיגִית וְרִקּוּדִים.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🏙️ סִגְד הַיּוֹם בִּירוּשָׁלַיִם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הַיּוֹם סִגְד הוּא חַג בְּיִשְׂרָאֵל. אֲנָשִׁים רַבִּים בָּאִים לִירוּשָׁלַיִם. הֵם עוֹמְדִים עַל הַטַּיֶּלֶת וְרוֹאִים אֶת הָעִיר.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הַקֵּסִים לוֹבְשִׁים לָבָן וּמַחְזִיקִים מִטְרִיּוֹת צִבְעוֹנִיּוֹת. כֻּלָּם מִתְפַּלְּלִים יַחַד. אַחֲרֵי הַתְּפִלָּה שָׁרִים וְרוֹקְדִים. מִשְׁפָּחוֹת וַחֲבֵרִים חוֹגְגִים בְּשִׂמְחָה.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💛 הַגַּעְגּוּעִים שֶׁל תָּמָר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שָׁלוֹם, אֲנִי תָּמָר. אֲנִי עוֹלָה חֲדָשָׁה בְּיִשְׂרָאֵל. לִפְנֵי שָׁנָה עָלִיתִי לָאָרֶץ.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לִפְעָמִים אֲנִי מִתְגַּעְגַּעַת. אֲנִי מִתְגַּעְגַּעַת לְרֵיחַ הַלֶּחֶם בַּבַּיִת. אֲנִי מִתְגַּעְגַּעַת לַשָּׂפָה שֶׁלִּי וְלַחֲבֵרִים.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בְּסִגְד אֲנִי מְבִינָה: גַּם הֵם הִתְגַּעְגְּעוּ. גַּעְגּוּעִים הֵם גַּם תִּקְוָה.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ב׳ – מתרגלים ✏️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1. תמונה ומילה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כִּתְבוּ אֶת הַמִּלָּה הַנְּכוֹנָה לְיַד כָּל תְּמוּנָה.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מילים: רִקּוּד · הַר · לֶחֶם · תְּפִלָּה · יְרוּשָׁלַיִם · מִטְרִיָּה · קְהִלָּה · אוֹרִית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⛰️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☂️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🍞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💃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🏙️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2.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מַחְסַן מִלִּים: חֲמִשִּׁים · הַר · צָמִים · הַקֵּסִים · אוֹרִית · יְרוּשָׁלַיִם · מִטְרִיּוֹת · מִתְגַּעְגַּעַת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סִגְד חָל __________ יוֹם אַחֲרֵי יוֹם הַכִּפּוּרִים.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בְּאֶתְיוֹפְּיָה אֲנָשִׁים עוֹלִים עַל __________ גָּבוֹהַּ.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בַּחַג __________ עַד אַחֲרֵי הַצָּהֳרַיִם.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__________ מוֹבִילִים אֶת הַתְּפִלָּה.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הַסֵּפֶר הַקָּדוֹשׁ שֶׁל הַקֵּסִים נִקְרָא __________.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הַיּוֹם חוֹגְגִים אֶת סִגְד בָּעִיר __________.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7. הַקֵּסִים מַחְזִיקִים __________ צִבְעוֹנִיּוֹת.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8. תָּמָר __________ לְרֵיחַ הַלֶּחֶם.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3. הבנת הנקרא – הקיפו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מָתַי חָל סִגְד?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חֲמִשִּׁים יוֹם אַחֲרֵי יוֹם הַכִּפּוּרִים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בְּחַג הַפֶּסַח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בְּרֹאשׁ הַשָּׁנָה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מָה פֵּרוּשׁ הַמִּלָּה סִגְד?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שִׂמְחָה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הִשְׁתַּחֲוָיָה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אֹכֶל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לְאָן עוֹלִים בְּאֶתְיוֹפְּיָה?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לַיָּם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לָעִיר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לְהַר גָּבוֹהַּ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מִי מוֹבִיל אֶת הַתְּפִלָּה?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הַיְּלָדִים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הַקֵּסִים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הַחֲבֵרִים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בְּאֵיזוֹ שָׂפָה כְּתוּבָה הָאוֹרִית?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בִּגְעֵז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בְּאַנְגְּלִית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בְּרוּסִית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לְאָן מִתְגַּעְגְּעִים בַּתְּפִלָּה עַל הָהָר?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לַשּׁוּק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לַיָּם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לִירוּשָׁלַיִם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7. מָה מַחְזִיקִים הַקֵּסִים בִּירוּשָׁלַיִם?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מִטְרִיּוֹת צִבְעוֹנִיּוֹת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פְּרָחִים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כּוֹבָעִים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8. לְמָה מִתְגַּעְגַּעַת תָּמָר?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לַשֶּׁלֶג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לְרֵיחַ הַלֶּחֶם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לַמְּכוֹנִית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4. בונים משפט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סַדְּרוּ אֶת הַמִּלִּים וְכִתְבוּ מִשְׁפָּט.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יְהוּדֵי / אֶתְיוֹפְּיָה / הוּא / חַג / שֶׁל / סִגְד   (Sigd is a holiday of Ethiopian Jews.)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אֶת / מוֹבִילִים / הַקֵּסִים / הַתְּפִלָּה   (The kessim lead the prayer.)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אֲנָשִׁים / עַל / גָּבוֹהַּ / הַר / עוֹלִים   (People go up a high mountain.)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בַּחַג / עַד / צָמִים / הַצָּהֳרַיִם   (On the holiday people fast until noon.)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כֻּלָּם / מִתְפַּלְּלִים / יַחַד / בִּירוּשָׁלַיִם   (Everyone prays together in Jerusalem.)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שֶׁלִּי / לַבַּיִת / אֲנִי / מִתְגַּעְגַּעַת   (I (f.) miss my home.)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5. דקדוק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הווה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בְּהֹוֶה יֵשׁ אַרְבַּע צוּרוֹת: הוּא מִתְפַּלֵּל, הִיא מִתְפַּלֶּלֶת, הֵם מִתְפַּלְּלִים, הֵן מִתְפַּלְּלוֹת.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הַקֵּס ___ עַל הָהָר.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מִתְפַּלֵּל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מִתְפַּלֶּלֶת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מִתְפַּלְּלוֹת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תָּמָר ___ בְּשִׂמְחָה.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רוֹקְדִים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רוֹקֶדֶת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רוֹקֵד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הַחֲבֵרִים ___ לִירוּשָׁלַיִם.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בָּאָה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בָּא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בָּאִים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הַנָּשִׁים ___ לֶחֶם לַחַג.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אוֹפוֹת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אוֹפֶה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אוֹפִים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הַקֵּס ___ בָּאוֹרִית.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קוֹרֵאת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קוֹרֵא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קוֹרְאוֹת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הֵם ___ בְּסִגְד.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צָמָה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צָם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צָמִים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יחיד ורבים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יָחִיד וְרַבִּים: הַר – הָרִים, קֵס – קֵסִים, מִטְרִיָּה – מִטְרִיּוֹת.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קֵס אֶחָד, שְׁנֵי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קֵסִים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קֵסוֹת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קֵס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מִטְרִיָּה אַחַת,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מִטְרִיִּים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מִטְרִיּוֹת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מִטְרִיָּה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הַר אֶחָד, שְׁלוֹשָׁה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הָרוֹת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הַר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הָרִים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תְּפִלָּה אַחַת,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תְּפִלּוֹת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תְּפִלִּים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תְּפִלָּה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בֶּגֶד לָבָן, בְּגָדִים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לָבָן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לְבָנִים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לְבָנוֹת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מִשְׁפָּחָה אַחַת, הַרְבֵּה ___.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מִשְׁפָּחִים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מִשְׁפָּחָה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מִשְׁפָּחוֹת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מילות יחס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מִלּוֹת יַחַס: בְּ (in), לְ (to), מִן (from), עַל (on), עִם (with), אֶל (to).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הֵם עוֹלִים ___ הָהָר.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הִיא חוֹגֶגֶת ___ הַחֲבֵרִים.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בָּעֶרֶב הֵם יוֹרְדִים ___ הָהָר.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אֶל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אֲנַחְנוּ מִתְגַּעְגְּעִים ___ הַבַּיִת.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אֶל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מִן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אֲנִי הוֹלֶכֶת לַטַּיֶּלֶת ___ חֲבֵרָה.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עִם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הַמִּטְרִיָּה ___ הָרֹאשׁ שֶׁל הַקֵּס.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עִם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מִן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עַל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חלק ג׳ – מדברים וכותבים 🗣️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💬 ביטויים מהחג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ביטוי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English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מתי / מה זה?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חַג סִגְד שָׂמֵחַ!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Happy Sigd!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אוֹמְרִים בַּחַג לְכָל אֶחָד וְאַחַת.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בְּרוּכִים הַבָּאִים! / בְּרוּכוֹת הַבָּאוֹת!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Welcome!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אוֹמְרִים לְאוֹרְחִים וּלְעוֹלִים חֲדָשִׁים.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בַּשָּׁנָה הַבָּאָה בִּירוּשָׁלַיִם!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Next year in Jerusalem!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מִשְׁפָּט שֶׁל תִּקְוָה מֵהַתְּפִלָּה.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אֲנִי מִתְגַּעְגֵּעַ / מִתְגַּעְגַּעַת לְ…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I miss…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מִתְגַּעְגֵּעַ – גֶּבֶר, מִתְגַּעְגַּעַת – אִשָּׁה.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תּוֹדָה רַבָּה!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Thank you very much!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אוֹמְרִים תָּמִיד, גַּם בַּחַג.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אֶפְשָׁר לַחֲזֹר עַל זֶה, בְּבַקָּשָׁה?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Can you repeat that, please?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שׁוֹאֲלִים כְּשֶׁלֹּא מְבִינִים. זֶה בְּסֵדֶר!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מָה זֶה ...? אֵיךְ אוֹמְרִים ...?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What is…? How do you say…?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שׁוֹאֲלִים עַל מִלָּה חֲדָשָׁה.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✍️ הֶחָג שֶׁלִּי / הַגַּעְגּוּעִים שֶׁלִּי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כִּתְבוּ 3–5 מִשְׁפָּטִים קְצָרִים. אֶפְשָׁר לִכְתֹּב עַל עַצְמְכֶם אוֹ עַל דְּמוּת מְדֻמְיֶנֶת. אֶפְשָׁר לְשַׁתֵּף – לֹא חוֹבָה.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פתיחות: בַּחַג שֶׁלִּי אֲנַחְנוּ… / אֲנִי מִתְגַּעְגֵּעַ / מִתְגַּעְגַּעַת לְ… / הָאֹכֶל שֶׁאֲנִי אוֹהֵב / אוֹהֶבֶת בַּחַג הוּא… / בַּבַּיִת הָיָה רֵיחַ שֶׁל… / הַמִּלָּה שֶׁאֲנִי אוֹהֵב / אוֹהֶבֶת בְּעִבְרִית הִיא… / בְּיִשְׂרָאֵל אֲנִי שָׂמֵחַ / שְׂמֵחָה כְּשֶׁ… / בַּשָּׁנָה הַבָּאָה אֲנִי רוֹצֶה…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מילים שיעזרו: חַג · בַּיִת · חֲבֵרִים · מִשְׁפָּחָה · אֹכֶל · רֵיחַ · שִׁיר · שָׂפָה · שִׂמְחָה · תִּקְוָה · גַּעְגּוּעִים · יַחַד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מִלָּה אַחַת חֲדָשָׁה שֶׁלָּמַדְתִּי הַיּוֹם: …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מִשְׁפָּט אֶחָד עַל סִגְד: …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שְׁאֵלָה אַחַת שֶׁיֵּשׁ לִי: …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 🙂  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דף עבודה לתלמיד – 🌍 יסודי ·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